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1D66C" w14:textId="77777777" w:rsidR="00806200" w:rsidRDefault="002148BF">
      <w:pPr>
        <w:spacing w:after="0" w:line="240" w:lineRule="auto"/>
        <w:jc w:val="center"/>
      </w:pPr>
      <w:r>
        <w:rPr>
          <w:b/>
          <w:color w:val="C00000"/>
          <w:sz w:val="28"/>
        </w:rPr>
        <w:t>YOUR EMS COUNTY FY26-27 FUNDS ARE HERE</w:t>
      </w:r>
    </w:p>
    <w:p w14:paraId="181BA6B5" w14:textId="77777777" w:rsidR="00806200" w:rsidRDefault="002148BF">
      <w:pPr>
        <w:spacing w:after="0" w:line="240" w:lineRule="auto"/>
        <w:jc w:val="center"/>
      </w:pPr>
      <w:r>
        <w:rPr>
          <w:b/>
          <w:sz w:val="26"/>
        </w:rPr>
        <w:t>PINEY WOODS REGIONAL ADVISORY COUNCIL, TSA-G</w:t>
      </w:r>
    </w:p>
    <w:p w14:paraId="77D72D71" w14:textId="77777777" w:rsidR="00806200" w:rsidRDefault="002148BF">
      <w:pPr>
        <w:spacing w:line="240" w:lineRule="auto"/>
        <w:jc w:val="center"/>
        <w:rPr>
          <w:b/>
          <w:sz w:val="22"/>
        </w:rPr>
      </w:pPr>
      <w:r>
        <w:rPr>
          <w:sz w:val="22"/>
        </w:rPr>
        <w:t xml:space="preserve">The final deadline for submission is </w:t>
      </w:r>
      <w:r>
        <w:rPr>
          <w:b/>
          <w:sz w:val="22"/>
          <w:u w:val="single"/>
        </w:rPr>
        <w:t>JUNE 1, 2027</w:t>
      </w:r>
      <w:r>
        <w:rPr>
          <w:b/>
          <w:sz w:val="22"/>
        </w:rPr>
        <w:t>, with no exceptions!!</w:t>
      </w:r>
    </w:p>
    <w:p w14:paraId="3ED7E1FE" w14:textId="77777777" w:rsidR="00D41B7C" w:rsidRPr="00D41B7C" w:rsidRDefault="00D41B7C">
      <w:pPr>
        <w:spacing w:line="240" w:lineRule="auto"/>
        <w:jc w:val="center"/>
        <w:rPr>
          <w:sz w:val="24"/>
          <w:szCs w:val="28"/>
        </w:rPr>
      </w:pPr>
    </w:p>
    <w:p w14:paraId="14F73107" w14:textId="77777777" w:rsidR="00806200" w:rsidRPr="00D41B7C" w:rsidRDefault="002148BF">
      <w:pPr>
        <w:spacing w:after="140" w:line="240" w:lineRule="auto"/>
        <w:rPr>
          <w:b/>
          <w:sz w:val="24"/>
          <w:szCs w:val="28"/>
        </w:rPr>
      </w:pPr>
      <w:r w:rsidRPr="00D41B7C">
        <w:rPr>
          <w:b/>
          <w:sz w:val="24"/>
          <w:szCs w:val="28"/>
        </w:rPr>
        <w:t>Below is a list of the allowable items/services for which you may and may NOT utilize these funds.</w:t>
      </w:r>
    </w:p>
    <w:p w14:paraId="208770A0" w14:textId="77777777" w:rsidR="00D41B7C" w:rsidRPr="00D41B7C" w:rsidRDefault="00D41B7C">
      <w:pPr>
        <w:spacing w:after="140" w:line="240" w:lineRule="auto"/>
        <w:rPr>
          <w:sz w:val="24"/>
          <w:szCs w:val="28"/>
        </w:rPr>
      </w:pPr>
    </w:p>
    <w:p w14:paraId="6A209F73" w14:textId="77777777" w:rsidR="00806200" w:rsidRPr="00D41B7C" w:rsidRDefault="002148BF">
      <w:pPr>
        <w:spacing w:after="100" w:line="240" w:lineRule="auto"/>
        <w:rPr>
          <w:sz w:val="24"/>
          <w:szCs w:val="28"/>
        </w:rPr>
      </w:pPr>
      <w:r w:rsidRPr="00D41B7C">
        <w:rPr>
          <w:b/>
          <w:sz w:val="24"/>
          <w:szCs w:val="28"/>
          <w:u w:val="single"/>
        </w:rPr>
        <w:t xml:space="preserve">ALLOWABLE EXPENSES: </w:t>
      </w:r>
      <w:r w:rsidRPr="00D41B7C">
        <w:rPr>
          <w:sz w:val="24"/>
          <w:szCs w:val="28"/>
        </w:rPr>
        <w:t>EMS provider reimbursements are provided to help ensure the organization's viability and continued enhanced emergency medical services. Funds may be used for any of the following allowable expenses. If you have questions about an item listed or not listed, please contact the RAC office for additional guidance.</w:t>
      </w:r>
    </w:p>
    <w:p w14:paraId="05927BED" w14:textId="77777777" w:rsidR="00D41B7C" w:rsidRPr="00D41B7C" w:rsidRDefault="00D41B7C">
      <w:pPr>
        <w:spacing w:after="100" w:line="240" w:lineRule="auto"/>
        <w:rPr>
          <w:sz w:val="24"/>
          <w:szCs w:val="28"/>
        </w:rPr>
      </w:pPr>
    </w:p>
    <w:p w14:paraId="0091EAAE" w14:textId="77777777" w:rsidR="00806200" w:rsidRPr="00D41B7C" w:rsidRDefault="002148BF">
      <w:pPr>
        <w:pStyle w:val="ListNumber"/>
        <w:spacing w:after="20" w:line="240" w:lineRule="auto"/>
        <w:ind w:hanging="216"/>
        <w:rPr>
          <w:sz w:val="24"/>
          <w:szCs w:val="28"/>
        </w:rPr>
      </w:pPr>
      <w:r w:rsidRPr="00D41B7C">
        <w:rPr>
          <w:sz w:val="24"/>
          <w:szCs w:val="28"/>
        </w:rPr>
        <w:t>RAC Fees (Dues)</w:t>
      </w:r>
    </w:p>
    <w:p w14:paraId="78E4B7E6" w14:textId="77777777" w:rsidR="00806200" w:rsidRPr="00D41B7C" w:rsidRDefault="002148BF">
      <w:pPr>
        <w:pStyle w:val="ListNumber"/>
        <w:spacing w:after="20" w:line="240" w:lineRule="auto"/>
        <w:ind w:hanging="216"/>
        <w:rPr>
          <w:sz w:val="24"/>
          <w:szCs w:val="28"/>
        </w:rPr>
      </w:pPr>
      <w:r w:rsidRPr="00D41B7C">
        <w:rPr>
          <w:sz w:val="24"/>
          <w:szCs w:val="28"/>
        </w:rPr>
        <w:t>EMS operational expenses used to maintain the viability of the organization;</w:t>
      </w:r>
    </w:p>
    <w:p w14:paraId="796FF694" w14:textId="77777777" w:rsidR="00806200" w:rsidRPr="00D41B7C" w:rsidRDefault="002148BF">
      <w:pPr>
        <w:pStyle w:val="ListNumber"/>
        <w:spacing w:after="20" w:line="240" w:lineRule="auto"/>
        <w:ind w:hanging="216"/>
        <w:rPr>
          <w:sz w:val="24"/>
          <w:szCs w:val="28"/>
        </w:rPr>
      </w:pPr>
      <w:r w:rsidRPr="00D41B7C">
        <w:rPr>
          <w:sz w:val="24"/>
          <w:szCs w:val="28"/>
        </w:rPr>
        <w:t>EMS supplies;</w:t>
      </w:r>
    </w:p>
    <w:p w14:paraId="57537317" w14:textId="77777777" w:rsidR="00806200" w:rsidRPr="00D41B7C" w:rsidRDefault="002148BF">
      <w:pPr>
        <w:pStyle w:val="ListNumber"/>
        <w:spacing w:after="20" w:line="240" w:lineRule="auto"/>
        <w:ind w:hanging="216"/>
        <w:rPr>
          <w:sz w:val="24"/>
          <w:szCs w:val="28"/>
        </w:rPr>
      </w:pPr>
      <w:r w:rsidRPr="00D41B7C">
        <w:rPr>
          <w:sz w:val="24"/>
          <w:szCs w:val="28"/>
        </w:rPr>
        <w:t>EMS education and training:</w:t>
      </w:r>
    </w:p>
    <w:p w14:paraId="377325C7" w14:textId="77777777" w:rsidR="00806200" w:rsidRPr="00D41B7C" w:rsidRDefault="002148BF">
      <w:pPr>
        <w:spacing w:after="20" w:line="240" w:lineRule="auto"/>
        <w:ind w:left="1080" w:hanging="360"/>
        <w:rPr>
          <w:sz w:val="24"/>
          <w:szCs w:val="28"/>
        </w:rPr>
      </w:pPr>
      <w:r w:rsidRPr="00D41B7C">
        <w:rPr>
          <w:sz w:val="24"/>
          <w:szCs w:val="28"/>
        </w:rPr>
        <w:t>i.  Cost of meals during overnight travel only if EMS personnel are attending meetings and conferences that relate to the EMS/COUNTY Grant Program and technical information is being disseminated; and</w:t>
      </w:r>
    </w:p>
    <w:p w14:paraId="577D16C3" w14:textId="77777777" w:rsidR="00806200" w:rsidRPr="00D41B7C" w:rsidRDefault="002148BF">
      <w:pPr>
        <w:spacing w:after="20" w:line="240" w:lineRule="auto"/>
        <w:ind w:left="1080" w:hanging="360"/>
        <w:rPr>
          <w:sz w:val="24"/>
          <w:szCs w:val="28"/>
        </w:rPr>
      </w:pPr>
      <w:r w:rsidRPr="00D41B7C">
        <w:rPr>
          <w:sz w:val="24"/>
          <w:szCs w:val="28"/>
        </w:rPr>
        <w:t>ii.  Subgrantee(s) must have travel policies that specify maximum reimbursement limits for meals, lodging, and mileage rates. Otherwise, the State of Texas travel policies and regulations are applied;</w:t>
      </w:r>
    </w:p>
    <w:p w14:paraId="74DF1E03" w14:textId="77777777" w:rsidR="00806200" w:rsidRPr="00D41B7C" w:rsidRDefault="002148BF">
      <w:pPr>
        <w:spacing w:after="20" w:line="240" w:lineRule="auto"/>
        <w:ind w:left="360" w:hanging="216"/>
        <w:rPr>
          <w:sz w:val="24"/>
          <w:szCs w:val="28"/>
        </w:rPr>
      </w:pPr>
      <w:r w:rsidRPr="00D41B7C">
        <w:rPr>
          <w:sz w:val="24"/>
          <w:szCs w:val="28"/>
        </w:rPr>
        <w:t>5.  EMS equipment;</w:t>
      </w:r>
    </w:p>
    <w:p w14:paraId="2E8F5DDD" w14:textId="77777777" w:rsidR="00806200" w:rsidRPr="00D41B7C" w:rsidRDefault="002148BF">
      <w:pPr>
        <w:spacing w:after="20" w:line="240" w:lineRule="auto"/>
        <w:ind w:left="360" w:hanging="216"/>
        <w:rPr>
          <w:sz w:val="24"/>
          <w:szCs w:val="28"/>
        </w:rPr>
      </w:pPr>
      <w:r w:rsidRPr="00D41B7C">
        <w:rPr>
          <w:sz w:val="24"/>
          <w:szCs w:val="28"/>
        </w:rPr>
        <w:t>6.  EMS ambulances (other vehicles may be considered upon request and prior approval by DSHS); and</w:t>
      </w:r>
    </w:p>
    <w:p w14:paraId="4D10BC07" w14:textId="77777777" w:rsidR="00806200" w:rsidRPr="00D41B7C" w:rsidRDefault="002148BF">
      <w:pPr>
        <w:spacing w:after="20" w:line="240" w:lineRule="auto"/>
        <w:ind w:left="360" w:hanging="216"/>
        <w:rPr>
          <w:sz w:val="24"/>
          <w:szCs w:val="28"/>
        </w:rPr>
      </w:pPr>
      <w:r w:rsidRPr="00D41B7C">
        <w:rPr>
          <w:sz w:val="24"/>
          <w:szCs w:val="28"/>
        </w:rPr>
        <w:t>7</w:t>
      </w:r>
      <w:proofErr w:type="gramStart"/>
      <w:r w:rsidRPr="00D41B7C">
        <w:rPr>
          <w:sz w:val="24"/>
          <w:szCs w:val="28"/>
        </w:rPr>
        <w:t>.  EMS</w:t>
      </w:r>
      <w:proofErr w:type="gramEnd"/>
      <w:r w:rsidRPr="00D41B7C">
        <w:rPr>
          <w:sz w:val="24"/>
          <w:szCs w:val="28"/>
        </w:rPr>
        <w:t xml:space="preserve"> communication systems</w:t>
      </w:r>
    </w:p>
    <w:p w14:paraId="6CF02F17" w14:textId="77777777" w:rsidR="00D41B7C" w:rsidRPr="00D41B7C" w:rsidRDefault="00D41B7C">
      <w:pPr>
        <w:spacing w:after="20" w:line="240" w:lineRule="auto"/>
        <w:ind w:left="360" w:hanging="216"/>
        <w:rPr>
          <w:sz w:val="24"/>
          <w:szCs w:val="28"/>
        </w:rPr>
      </w:pPr>
    </w:p>
    <w:p w14:paraId="160A4318" w14:textId="77777777" w:rsidR="00806200" w:rsidRPr="00D41B7C" w:rsidRDefault="002148BF">
      <w:pPr>
        <w:spacing w:before="140" w:after="80" w:line="240" w:lineRule="auto"/>
        <w:rPr>
          <w:sz w:val="24"/>
          <w:szCs w:val="28"/>
        </w:rPr>
      </w:pPr>
      <w:r w:rsidRPr="00D41B7C">
        <w:rPr>
          <w:b/>
          <w:sz w:val="24"/>
          <w:szCs w:val="28"/>
          <w:u w:val="single"/>
        </w:rPr>
        <w:t>FUNDS CANNOT BE USED for the following:</w:t>
      </w:r>
    </w:p>
    <w:p w14:paraId="22BCAE70" w14:textId="77777777" w:rsidR="00806200" w:rsidRPr="00D41B7C" w:rsidRDefault="002148BF">
      <w:pPr>
        <w:spacing w:after="20" w:line="240" w:lineRule="auto"/>
        <w:ind w:left="360" w:hanging="216"/>
        <w:rPr>
          <w:sz w:val="24"/>
          <w:szCs w:val="28"/>
        </w:rPr>
      </w:pPr>
      <w:r w:rsidRPr="00D41B7C">
        <w:rPr>
          <w:sz w:val="24"/>
          <w:szCs w:val="28"/>
        </w:rPr>
        <w:t>1.  Buildings or real property, unless Grantee obtains prior written approval from DSHS. Any costs related to the initial acquisition of the buildings or real property are not allowable without written pre-approval;</w:t>
      </w:r>
    </w:p>
    <w:p w14:paraId="3B7CB370" w14:textId="77777777" w:rsidR="00806200" w:rsidRPr="00D41B7C" w:rsidRDefault="002148BF">
      <w:pPr>
        <w:spacing w:after="20" w:line="240" w:lineRule="auto"/>
        <w:ind w:left="360" w:hanging="216"/>
        <w:rPr>
          <w:sz w:val="24"/>
          <w:szCs w:val="28"/>
        </w:rPr>
      </w:pPr>
      <w:r w:rsidRPr="00D41B7C">
        <w:rPr>
          <w:sz w:val="24"/>
          <w:szCs w:val="28"/>
        </w:rPr>
        <w:t>2.  Land;</w:t>
      </w:r>
    </w:p>
    <w:p w14:paraId="39FCA4BB" w14:textId="77777777" w:rsidR="00806200" w:rsidRPr="00D41B7C" w:rsidRDefault="002148BF">
      <w:pPr>
        <w:spacing w:after="20" w:line="240" w:lineRule="auto"/>
        <w:ind w:left="360" w:hanging="216"/>
        <w:rPr>
          <w:sz w:val="24"/>
          <w:szCs w:val="28"/>
        </w:rPr>
      </w:pPr>
      <w:r w:rsidRPr="00D41B7C">
        <w:rPr>
          <w:sz w:val="24"/>
          <w:szCs w:val="28"/>
        </w:rPr>
        <w:t>3.  Food (other than as specified under #4 above);</w:t>
      </w:r>
    </w:p>
    <w:p w14:paraId="2C4879FE" w14:textId="77777777" w:rsidR="00806200" w:rsidRPr="00D41B7C" w:rsidRDefault="002148BF">
      <w:pPr>
        <w:spacing w:after="20" w:line="240" w:lineRule="auto"/>
        <w:ind w:left="360" w:hanging="216"/>
        <w:rPr>
          <w:sz w:val="24"/>
          <w:szCs w:val="28"/>
        </w:rPr>
      </w:pPr>
      <w:r w:rsidRPr="00D41B7C">
        <w:rPr>
          <w:sz w:val="24"/>
          <w:szCs w:val="28"/>
        </w:rPr>
        <w:t>4.  Investments (such as stocks, bonds, or mutual funds); and</w:t>
      </w:r>
    </w:p>
    <w:p w14:paraId="737CD9DD" w14:textId="77777777" w:rsidR="00806200" w:rsidRPr="00D41B7C" w:rsidRDefault="002148BF">
      <w:pPr>
        <w:spacing w:after="20" w:line="240" w:lineRule="auto"/>
        <w:ind w:left="360" w:hanging="216"/>
        <w:rPr>
          <w:sz w:val="24"/>
          <w:szCs w:val="28"/>
        </w:rPr>
      </w:pPr>
      <w:r w:rsidRPr="00D41B7C">
        <w:rPr>
          <w:sz w:val="24"/>
          <w:szCs w:val="28"/>
        </w:rPr>
        <w:t>5</w:t>
      </w:r>
      <w:proofErr w:type="gramStart"/>
      <w:r w:rsidRPr="00D41B7C">
        <w:rPr>
          <w:sz w:val="24"/>
          <w:szCs w:val="28"/>
        </w:rPr>
        <w:t>.  Expenses</w:t>
      </w:r>
      <w:proofErr w:type="gramEnd"/>
      <w:r w:rsidRPr="00D41B7C">
        <w:rPr>
          <w:sz w:val="24"/>
          <w:szCs w:val="28"/>
        </w:rPr>
        <w:t xml:space="preserve"> associated with a person or entity that has been hired to affect the outcome of legislation;</w:t>
      </w:r>
    </w:p>
    <w:p w14:paraId="4B4A27F9" w14:textId="77777777" w:rsidR="00D41B7C" w:rsidRPr="00D41B7C" w:rsidRDefault="00D41B7C">
      <w:pPr>
        <w:spacing w:after="20" w:line="240" w:lineRule="auto"/>
        <w:ind w:left="360" w:hanging="216"/>
        <w:rPr>
          <w:sz w:val="24"/>
          <w:szCs w:val="28"/>
        </w:rPr>
      </w:pPr>
    </w:p>
    <w:p w14:paraId="17BEF643" w14:textId="77777777" w:rsidR="00806200" w:rsidRPr="00D41B7C" w:rsidRDefault="002148BF">
      <w:pPr>
        <w:spacing w:before="160" w:after="80" w:line="240" w:lineRule="auto"/>
        <w:rPr>
          <w:sz w:val="24"/>
          <w:szCs w:val="28"/>
        </w:rPr>
      </w:pPr>
      <w:r w:rsidRPr="00D41B7C">
        <w:rPr>
          <w:sz w:val="24"/>
          <w:szCs w:val="28"/>
        </w:rPr>
        <w:t>The RAC office will electronically provide all templates for reporting/requesting appropriate reimbursement. Please provide documentation for reimbursement as soon as you have the proper proof of payment [cancelled check(s), electronic proof of payment, etc.] available. Reimbursement will be processed as documentation is received.</w:t>
      </w:r>
    </w:p>
    <w:p w14:paraId="667994C9" w14:textId="77777777" w:rsidR="00D41B7C" w:rsidRPr="00D41B7C" w:rsidRDefault="00D41B7C">
      <w:pPr>
        <w:spacing w:before="160" w:after="80" w:line="240" w:lineRule="auto"/>
        <w:rPr>
          <w:sz w:val="24"/>
          <w:szCs w:val="28"/>
        </w:rPr>
      </w:pPr>
    </w:p>
    <w:p w14:paraId="13FA2F4D" w14:textId="77777777" w:rsidR="00806200" w:rsidRPr="00D41B7C" w:rsidRDefault="002148BF">
      <w:pPr>
        <w:spacing w:before="120" w:after="0" w:line="240" w:lineRule="auto"/>
        <w:jc w:val="center"/>
        <w:rPr>
          <w:sz w:val="24"/>
          <w:szCs w:val="28"/>
        </w:rPr>
      </w:pPr>
      <w:r w:rsidRPr="00D41B7C">
        <w:rPr>
          <w:sz w:val="24"/>
          <w:szCs w:val="28"/>
        </w:rPr>
        <w:t>Should you have any questions, your point of contact for these funds is</w:t>
      </w:r>
    </w:p>
    <w:p w14:paraId="7FF550F8" w14:textId="77777777" w:rsidR="00806200" w:rsidRPr="00D41B7C" w:rsidRDefault="002148BF">
      <w:pPr>
        <w:spacing w:after="160" w:line="240" w:lineRule="auto"/>
        <w:jc w:val="center"/>
        <w:rPr>
          <w:sz w:val="24"/>
          <w:szCs w:val="28"/>
        </w:rPr>
      </w:pPr>
      <w:proofErr w:type="gramStart"/>
      <w:r w:rsidRPr="00D41B7C">
        <w:rPr>
          <w:color w:val="0000FF"/>
          <w:sz w:val="24"/>
          <w:szCs w:val="28"/>
          <w:u w:val="single"/>
        </w:rPr>
        <w:t>tammy@rac-g.org</w:t>
      </w:r>
      <w:r w:rsidRPr="00D41B7C">
        <w:rPr>
          <w:sz w:val="24"/>
          <w:szCs w:val="28"/>
        </w:rPr>
        <w:t xml:space="preserve">  (</w:t>
      </w:r>
      <w:proofErr w:type="gramEnd"/>
      <w:r w:rsidRPr="00D41B7C">
        <w:rPr>
          <w:sz w:val="24"/>
          <w:szCs w:val="28"/>
        </w:rPr>
        <w:t>903) 593-4722 x112</w:t>
      </w:r>
    </w:p>
    <w:p w14:paraId="7F4A4A78" w14:textId="77777777" w:rsidR="00D41B7C" w:rsidRPr="00D41B7C" w:rsidRDefault="00D41B7C">
      <w:pPr>
        <w:spacing w:after="160" w:line="240" w:lineRule="auto"/>
        <w:jc w:val="center"/>
        <w:rPr>
          <w:sz w:val="24"/>
          <w:szCs w:val="28"/>
        </w:rPr>
      </w:pPr>
    </w:p>
    <w:tbl>
      <w:tblPr>
        <w:tblW w:w="0" w:type="auto"/>
        <w:jc w:val="center"/>
        <w:tblLayout w:type="fixed"/>
        <w:tblLook w:val="04A0" w:firstRow="1" w:lastRow="0" w:firstColumn="1" w:lastColumn="0" w:noHBand="0" w:noVBand="1"/>
      </w:tblPr>
      <w:tblGrid>
        <w:gridCol w:w="5040"/>
        <w:gridCol w:w="5040"/>
      </w:tblGrid>
      <w:tr w:rsidR="00806200" w:rsidRPr="00D41B7C" w14:paraId="46B3B723" w14:textId="77777777">
        <w:trPr>
          <w:jc w:val="center"/>
        </w:trPr>
        <w:tc>
          <w:tcPr>
            <w:tcW w:w="5040" w:type="dxa"/>
            <w:tcBorders>
              <w:top w:val="nil"/>
              <w:left w:val="nil"/>
              <w:bottom w:val="nil"/>
              <w:right w:val="nil"/>
            </w:tcBorders>
            <w:vAlign w:val="bottom"/>
          </w:tcPr>
          <w:p w14:paraId="01303C8C" w14:textId="77777777" w:rsidR="00806200" w:rsidRPr="00D41B7C" w:rsidRDefault="002148BF">
            <w:pPr>
              <w:spacing w:after="0" w:line="240" w:lineRule="auto"/>
              <w:rPr>
                <w:sz w:val="24"/>
                <w:szCs w:val="28"/>
              </w:rPr>
            </w:pPr>
            <w:r w:rsidRPr="00D41B7C">
              <w:rPr>
                <w:b/>
                <w:sz w:val="24"/>
                <w:szCs w:val="28"/>
              </w:rPr>
              <w:t>RAC-G Contract # HHS001336600007</w:t>
            </w:r>
            <w:r w:rsidRPr="00D41B7C">
              <w:rPr>
                <w:b/>
                <w:sz w:val="24"/>
                <w:szCs w:val="28"/>
              </w:rPr>
              <w:br/>
            </w:r>
            <w:r w:rsidRPr="00D41B7C">
              <w:rPr>
                <w:sz w:val="24"/>
                <w:szCs w:val="28"/>
              </w:rPr>
              <w:t>Amendment No. 6</w:t>
            </w:r>
          </w:p>
        </w:tc>
        <w:tc>
          <w:tcPr>
            <w:tcW w:w="5040" w:type="dxa"/>
            <w:tcBorders>
              <w:top w:val="nil"/>
              <w:left w:val="nil"/>
              <w:bottom w:val="nil"/>
              <w:right w:val="nil"/>
            </w:tcBorders>
            <w:vAlign w:val="bottom"/>
          </w:tcPr>
          <w:p w14:paraId="328F837A" w14:textId="77777777" w:rsidR="00806200" w:rsidRPr="00D41B7C" w:rsidRDefault="002148BF">
            <w:pPr>
              <w:spacing w:after="0" w:line="240" w:lineRule="auto"/>
              <w:jc w:val="right"/>
              <w:rPr>
                <w:sz w:val="24"/>
                <w:szCs w:val="28"/>
              </w:rPr>
            </w:pPr>
            <w:r w:rsidRPr="00D41B7C">
              <w:rPr>
                <w:b/>
                <w:sz w:val="24"/>
                <w:szCs w:val="28"/>
              </w:rPr>
              <w:t>Mail October 1, 2026</w:t>
            </w:r>
          </w:p>
        </w:tc>
      </w:tr>
    </w:tbl>
    <w:p w14:paraId="77859A8E" w14:textId="77777777" w:rsidR="002148BF" w:rsidRPr="00D41B7C" w:rsidRDefault="002148BF">
      <w:pPr>
        <w:rPr>
          <w:sz w:val="24"/>
          <w:szCs w:val="28"/>
        </w:rPr>
      </w:pPr>
    </w:p>
    <w:sectPr w:rsidR="002148BF" w:rsidRPr="00D41B7C" w:rsidSect="00D41B7C">
      <w:pgSz w:w="12240" w:h="15840"/>
      <w:pgMar w:top="792" w:right="1080" w:bottom="45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02403636">
    <w:abstractNumId w:val="8"/>
  </w:num>
  <w:num w:numId="2" w16cid:durableId="1191456633">
    <w:abstractNumId w:val="6"/>
  </w:num>
  <w:num w:numId="3" w16cid:durableId="817186254">
    <w:abstractNumId w:val="5"/>
  </w:num>
  <w:num w:numId="4" w16cid:durableId="1851792083">
    <w:abstractNumId w:val="4"/>
  </w:num>
  <w:num w:numId="5" w16cid:durableId="417751012">
    <w:abstractNumId w:val="7"/>
  </w:num>
  <w:num w:numId="6" w16cid:durableId="913516129">
    <w:abstractNumId w:val="3"/>
  </w:num>
  <w:num w:numId="7" w16cid:durableId="489635873">
    <w:abstractNumId w:val="2"/>
  </w:num>
  <w:num w:numId="8" w16cid:durableId="458063479">
    <w:abstractNumId w:val="1"/>
  </w:num>
  <w:num w:numId="9" w16cid:durableId="1821917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48BF"/>
    <w:rsid w:val="0029639D"/>
    <w:rsid w:val="00326F90"/>
    <w:rsid w:val="00806200"/>
    <w:rsid w:val="0089247C"/>
    <w:rsid w:val="00AA1D8D"/>
    <w:rsid w:val="00B47730"/>
    <w:rsid w:val="00CB0664"/>
    <w:rsid w:val="00D41B7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A08366"/>
  <w14:defaultImageDpi w14:val="300"/>
  <w15:docId w15:val="{4C37F23C-618A-4F63-9B54-F4C5CDEE3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Tammy Clanton</cp:lastModifiedBy>
  <cp:revision>2</cp:revision>
  <dcterms:created xsi:type="dcterms:W3CDTF">2026-09-24T16:13:00Z</dcterms:created>
  <dcterms:modified xsi:type="dcterms:W3CDTF">2026-09-24T16:13:00Z</dcterms:modified>
  <cp:category/>
</cp:coreProperties>
</file>